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MUHAMMAD KHAIRUL HAKIMI BIN MOHD SHAMSUL</w:t>
      </w:r>
    </w:p>
    <w:p>
      <w:pPr>
        <w:jc w:val="center"/>
      </w:pPr>
      <w:r>
        <w:rPr>
          <w:b/>
          <w:sz w:val="20"/>
        </w:rPr>
        <w:t>CONTENT CREATOR  |  VIDEO CREATOR  |  SOCIAL MEDIA</w:t>
      </w:r>
    </w:p>
    <w:p>
      <w:pPr>
        <w:jc w:val="center"/>
      </w:pPr>
      <w:r>
        <w:rPr>
          <w:sz w:val="18"/>
        </w:rPr>
        <w:t>KL / Selangor  •  24 years old  •  SPM</w:t>
      </w:r>
    </w:p>
    <w:p>
      <w:pPr>
        <w:jc w:val="center"/>
      </w:pPr>
      <w:r>
        <w:t>Phone: 01127248846  •  Email: khairulhakimi240@gmail.com  •  TikTok: @kimikeon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PROFESSIONAL SUMMARY</w:t>
      </w:r>
    </w:p>
    <w:p>
      <w:pPr>
        <w:spacing w:after="60"/>
      </w:pPr>
      <w:r>
        <w:t>Content creator and short-form video specialist with a strong TikTok presence and hands-on experience creating engaging social media content, paid review content and brand-focused videos. TikTok profile @kimikeon has 507.9K+ followers and 32.9M+ likes, with multiple high-performing videos including visible videos exceeding 18M and 2M views. Comfortable with content ideation, shooting, trend-based storytelling and producing videos designed for reach and engagement. Seeking a full-time Content Creator / Video Creator role in KL or Selangor.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KEY ACHIEVEMENTS</w:t>
      </w:r>
    </w:p>
    <w:p>
      <w:pPr>
        <w:ind w:left="216" w:hanging="173"/>
      </w:pPr>
      <w:r>
        <w:t>507.9K+ TikTok followers (@kimikeon).</w:t>
      </w:r>
    </w:p>
    <w:p>
      <w:pPr>
        <w:ind w:left="216" w:hanging="173"/>
      </w:pPr>
      <w:r>
        <w:t>32.9M+ total TikTok likes.</w:t>
      </w:r>
    </w:p>
    <w:p>
      <w:pPr>
        <w:ind w:left="216" w:hanging="173"/>
      </w:pPr>
      <w:r>
        <w:t>Multiple high-performing videos; visible examples include approximately 18.1M and 2.7M views.</w:t>
      </w:r>
    </w:p>
    <w:p>
      <w:pPr>
        <w:ind w:left="216" w:hanging="173"/>
      </w:pPr>
      <w:r>
        <w:t>Experience accepting paid review opportunities and creating content for commercial purposes.</w:t>
      </w:r>
    </w:p>
    <w:p>
      <w:pPr>
        <w:ind w:left="216" w:hanging="173"/>
      </w:pPr>
      <w:r>
        <w:t>Experience with TikTok Shop and short-form social media content.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CORE SKILLS</w:t>
      </w:r>
    </w:p>
    <w:p>
      <w:pPr>
        <w:spacing w:after="0"/>
      </w:pPr>
      <w:r>
        <w:t>• Short-form video content (TikTok / Reels / YouTube Shorts)</w:t>
      </w:r>
    </w:p>
    <w:p>
      <w:pPr>
        <w:spacing w:after="0"/>
      </w:pPr>
      <w:r>
        <w:t>• Video shooting &amp; smartphone videography</w:t>
      </w:r>
    </w:p>
    <w:p>
      <w:pPr>
        <w:spacing w:after="0"/>
      </w:pPr>
      <w:r>
        <w:t>• Content ideation, hooks &amp; storytelling</w:t>
      </w:r>
    </w:p>
    <w:p>
      <w:pPr>
        <w:spacing w:after="0"/>
      </w:pPr>
      <w:r>
        <w:t>• Trend research and social media content planning</w:t>
      </w:r>
    </w:p>
    <w:p>
      <w:pPr>
        <w:spacing w:after="0"/>
      </w:pPr>
      <w:r>
        <w:t>• Paid review / branded content</w:t>
      </w:r>
    </w:p>
    <w:p>
      <w:pPr>
        <w:spacing w:after="0"/>
      </w:pPr>
      <w:r>
        <w:t>• TikTok Shop content</w:t>
      </w:r>
    </w:p>
    <w:p>
      <w:pPr>
        <w:spacing w:after="0"/>
      </w:pPr>
      <w:r>
        <w:t>• Basic video editing &amp; captioning</w:t>
      </w:r>
    </w:p>
    <w:p>
      <w:pPr>
        <w:spacing w:after="0"/>
      </w:pPr>
      <w:r>
        <w:t>• On-camera content / creator-style presentation</w:t>
      </w:r>
    </w:p>
    <w:p>
      <w:pPr>
        <w:spacing w:after="0"/>
      </w:pPr>
      <w:r>
        <w:t>• Social media engagement &amp; audience understanding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CONTENT CREATOR EXPERIENCE</w:t>
      </w:r>
    </w:p>
    <w:p>
      <w:r>
        <w:rPr>
          <w:b/>
        </w:rPr>
        <w:t>TikTok Content Creator — @kimikeon</w:t>
      </w:r>
      <w:r>
        <w:t xml:space="preserve"> | Independent Creator</w:t>
      </w:r>
    </w:p>
    <w:p>
      <w:r>
        <w:t>• Build and publish short-form videos for TikTok with a focus on reach, retention and engagement.</w:t>
      </w:r>
    </w:p>
    <w:p>
      <w:r>
        <w:t>• Develop content ideas, hooks and formats based on current audience interests and trends.</w:t>
      </w:r>
    </w:p>
    <w:p>
      <w:r>
        <w:t>• Produce paid review / promotional content for commercial partners.</w:t>
      </w:r>
    </w:p>
    <w:p>
      <w:r>
        <w:t>• Monitor video performance through views, likes and audience response to improve future content.</w:t>
      </w:r>
    </w:p>
    <w:p>
      <w:r>
        <w:t>• Manage creator profile, posting workflow and TikTok Shop-related content.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EDUCATION</w:t>
      </w:r>
    </w:p>
    <w:p>
      <w:r>
        <w:rPr>
          <w:b/>
        </w:rPr>
        <w:t>Sijil Pelajaran Malaysia (SPM)</w:t>
      </w:r>
      <w:r>
        <w:t xml:space="preserve">  |  Secondary School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ADDITIONAL INFORMATION</w:t>
      </w:r>
    </w:p>
    <w:p>
      <w:r>
        <w:t>• Age: 24</w:t>
      </w:r>
    </w:p>
    <w:p>
      <w:r>
        <w:t>• Preferred work area: Kuala Lumpur / Selangor</w:t>
      </w:r>
    </w:p>
    <w:p>
      <w:r>
        <w:t>• Own transport: Car</w:t>
      </w:r>
    </w:p>
    <w:p>
      <w:r>
        <w:t>• Employment preference: Full-time</w:t>
      </w:r>
    </w:p>
    <w:p>
      <w:r/>
    </w:p>
    <w:p>
      <w:r>
        <w:t>• Preferred roles: Content Creator, Video Creator, Videographer, Social Media Content Creator, Short-form Video Creator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PORTFOLIO</w:t>
      </w:r>
    </w:p>
    <w:p>
      <w:r>
        <w:rPr>
          <w:b/>
        </w:rPr>
        <w:t xml:space="preserve">TikTok: </w:t>
      </w:r>
      <w:r>
        <w:t>@kimikeon  |  507.9K+ followers  |  32.9M+ likes</w:t>
      </w:r>
    </w:p>
    <w:p>
      <w:r>
        <w:t>Portfolio: www.tiktok.com/@kimikeon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Muhammad Khairul Hakimi • Content Creator / Video Creator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